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10093" w14:textId="77777777" w:rsidR="001654BE" w:rsidRDefault="009B13B1">
      <w:pPr>
        <w:pStyle w:val="Ttulo"/>
        <w:jc w:val="center"/>
      </w:pPr>
      <w:r>
        <w:t>MI PLAN PERSONAL DE GESTIÓN EFECTIVA DEL AULA</w:t>
      </w:r>
    </w:p>
    <w:p w14:paraId="7360F382" w14:textId="77777777" w:rsidR="001654BE" w:rsidRDefault="009B13B1">
      <w:pPr>
        <w:pStyle w:val="Ttulo2"/>
      </w:pPr>
      <w:r>
        <w:t>1. Datos Generales</w:t>
      </w:r>
    </w:p>
    <w:p w14:paraId="696AB64A" w14:textId="77777777" w:rsidR="001654BE" w:rsidRDefault="009B13B1">
      <w:r>
        <w:t>Nombre del docente: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14:paraId="59B848D3" w14:textId="77777777" w:rsidTr="0076638C">
        <w:trPr>
          <w:trHeight w:val="458"/>
        </w:trPr>
        <w:tc>
          <w:tcPr>
            <w:tcW w:w="8640" w:type="dxa"/>
          </w:tcPr>
          <w:p w14:paraId="3DE01CA9" w14:textId="018CD06E" w:rsidR="001654BE" w:rsidRDefault="00C0074E">
            <w:r>
              <w:t>ABELINA HERNANDEZ SANCEZ</w:t>
            </w:r>
          </w:p>
        </w:tc>
      </w:tr>
    </w:tbl>
    <w:p w14:paraId="6E0591F1" w14:textId="77777777" w:rsidR="0076638C" w:rsidRDefault="0076638C"/>
    <w:p w14:paraId="1D30152C" w14:textId="3B133C4B" w:rsidR="001654BE" w:rsidRDefault="009B13B1">
      <w:proofErr w:type="spellStart"/>
      <w:r>
        <w:t>Asignatura</w:t>
      </w:r>
      <w:proofErr w:type="spellEnd"/>
      <w:r w:rsidR="0076638C">
        <w:t xml:space="preserve"> (Indica </w:t>
      </w:r>
      <w:proofErr w:type="spellStart"/>
      <w:r w:rsidR="0076638C">
        <w:t>el</w:t>
      </w:r>
      <w:proofErr w:type="spellEnd"/>
      <w:r w:rsidR="0076638C">
        <w:t xml:space="preserve"> </w:t>
      </w:r>
      <w:proofErr w:type="spellStart"/>
      <w:r w:rsidR="0076638C">
        <w:t>semestre</w:t>
      </w:r>
      <w:proofErr w:type="spellEnd"/>
      <w:r w:rsidR="0076638C">
        <w:t xml:space="preserve">, </w:t>
      </w:r>
      <w:proofErr w:type="spellStart"/>
      <w:r w:rsidR="0076638C">
        <w:t>grupo</w:t>
      </w:r>
      <w:proofErr w:type="spellEnd"/>
      <w:r w:rsidR="0076638C">
        <w:t xml:space="preserve"> y </w:t>
      </w:r>
      <w:proofErr w:type="spellStart"/>
      <w:r w:rsidR="0076638C">
        <w:t>nombre</w:t>
      </w:r>
      <w:proofErr w:type="spellEnd"/>
      <w:r w:rsidR="0076638C">
        <w:t>)</w:t>
      </w:r>
      <w: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14:paraId="63A99ADB" w14:textId="77777777" w:rsidTr="0076638C">
        <w:trPr>
          <w:trHeight w:val="550"/>
        </w:trPr>
        <w:tc>
          <w:tcPr>
            <w:tcW w:w="8640" w:type="dxa"/>
          </w:tcPr>
          <w:p w14:paraId="29594065" w14:textId="77777777" w:rsidR="006809D7" w:rsidRDefault="00C0074E">
            <w:r>
              <w:t xml:space="preserve">CIENCIAS SOCIALES I </w:t>
            </w:r>
          </w:p>
          <w:p w14:paraId="58A8ED6F" w14:textId="7F1A270E" w:rsidR="0076638C" w:rsidRDefault="00C0074E">
            <w:r>
              <w:t>2B CONST MAT</w:t>
            </w:r>
          </w:p>
        </w:tc>
      </w:tr>
    </w:tbl>
    <w:p w14:paraId="5E18B0D7" w14:textId="77777777" w:rsidR="0076638C" w:rsidRDefault="0076638C"/>
    <w:p w14:paraId="410F7EA7" w14:textId="77777777" w:rsidR="001654BE" w:rsidRDefault="009B13B1">
      <w:proofErr w:type="spellStart"/>
      <w:r>
        <w:t>Número</w:t>
      </w:r>
      <w:proofErr w:type="spellEnd"/>
      <w:r>
        <w:t xml:space="preserve"> </w:t>
      </w:r>
      <w:proofErr w:type="spellStart"/>
      <w:r>
        <w:t>aproximado</w:t>
      </w:r>
      <w:proofErr w:type="spellEnd"/>
      <w:r>
        <w:t xml:space="preserve"> de </w:t>
      </w:r>
      <w:proofErr w:type="spellStart"/>
      <w:r>
        <w:t>estudiantes</w:t>
      </w:r>
      <w:proofErr w:type="spellEnd"/>
      <w: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14:paraId="1C10D4E5" w14:textId="77777777">
        <w:tc>
          <w:tcPr>
            <w:tcW w:w="8640" w:type="dxa"/>
          </w:tcPr>
          <w:p w14:paraId="0A7A9773" w14:textId="78E19435" w:rsidR="0076638C" w:rsidRDefault="00C0074E">
            <w:r>
              <w:t>53</w:t>
            </w:r>
          </w:p>
        </w:tc>
      </w:tr>
    </w:tbl>
    <w:p w14:paraId="0BB125A4" w14:textId="77777777" w:rsidR="0076638C" w:rsidRDefault="0076638C" w:rsidP="0076638C"/>
    <w:p w14:paraId="01ECBED3" w14:textId="2866D2C9" w:rsidR="001654BE" w:rsidRDefault="009B13B1">
      <w:pPr>
        <w:pStyle w:val="Ttulo2"/>
      </w:pPr>
      <w:r>
        <w:t>2. Diagnóstico Inicial del Grupo</w:t>
      </w:r>
    </w:p>
    <w:p w14:paraId="72614698" w14:textId="77777777" w:rsidR="001654BE" w:rsidRDefault="009B13B1">
      <w:r>
        <w:t>Fortalezas del grupo: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14:paraId="1B956873" w14:textId="77777777">
        <w:tc>
          <w:tcPr>
            <w:tcW w:w="8640" w:type="dxa"/>
          </w:tcPr>
          <w:p w14:paraId="18DE19ED" w14:textId="6008235A" w:rsidR="0076638C" w:rsidRDefault="00C0074E">
            <w:r>
              <w:t>ESCUCHAN AL DOCENTE A SU JEFE DE GRUPO Y A LOS JEFES DE GRUPO</w:t>
            </w:r>
          </w:p>
        </w:tc>
      </w:tr>
      <w:tr w:rsidR="001654BE" w14:paraId="7695129E" w14:textId="77777777">
        <w:tc>
          <w:tcPr>
            <w:tcW w:w="8640" w:type="dxa"/>
          </w:tcPr>
          <w:p w14:paraId="4DD4C4F7" w14:textId="0343C1D2" w:rsidR="0076638C" w:rsidRDefault="00C0074E">
            <w:r>
              <w:t>SI SE LES DAN BIEN LAS INDICACIONES SI TRABAJAN</w:t>
            </w:r>
          </w:p>
        </w:tc>
      </w:tr>
      <w:tr w:rsidR="001654BE" w14:paraId="72252C35" w14:textId="77777777">
        <w:tc>
          <w:tcPr>
            <w:tcW w:w="8640" w:type="dxa"/>
          </w:tcPr>
          <w:p w14:paraId="1E53064B" w14:textId="596F4A69" w:rsidR="0076638C" w:rsidRDefault="00C0074E">
            <w:r>
              <w:t>CUANDO SE LES ESTIRA SE APLICAN</w:t>
            </w:r>
          </w:p>
        </w:tc>
      </w:tr>
    </w:tbl>
    <w:p w14:paraId="20F02117" w14:textId="77777777" w:rsidR="0076638C" w:rsidRDefault="0076638C"/>
    <w:p w14:paraId="171DD99A" w14:textId="5B3F280B" w:rsidR="001654BE" w:rsidRDefault="009B13B1">
      <w:proofErr w:type="spellStart"/>
      <w:r>
        <w:t>Áreas</w:t>
      </w:r>
      <w:proofErr w:type="spellEnd"/>
      <w:r>
        <w:t xml:space="preserve"> de </w:t>
      </w:r>
      <w:proofErr w:type="spellStart"/>
      <w:r>
        <w:t>oportunidad</w:t>
      </w:r>
      <w:proofErr w:type="spellEnd"/>
      <w: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14:paraId="61108173" w14:textId="77777777">
        <w:tc>
          <w:tcPr>
            <w:tcW w:w="8640" w:type="dxa"/>
          </w:tcPr>
          <w:p w14:paraId="6F31B598" w14:textId="62BDC928" w:rsidR="0076638C" w:rsidRDefault="00C0074E">
            <w:r>
              <w:t>ES UN GRUPO INDISCIPLINADO</w:t>
            </w:r>
          </w:p>
        </w:tc>
      </w:tr>
      <w:tr w:rsidR="001654BE" w14:paraId="158CAD95" w14:textId="77777777">
        <w:tc>
          <w:tcPr>
            <w:tcW w:w="8640" w:type="dxa"/>
          </w:tcPr>
          <w:p w14:paraId="51431515" w14:textId="1EE6E3A9" w:rsidR="0076638C" w:rsidRDefault="00C0074E">
            <w:r>
              <w:t>TOMAN LAS COSAS A LA LIGERA</w:t>
            </w:r>
          </w:p>
        </w:tc>
      </w:tr>
      <w:tr w:rsidR="001654BE" w14:paraId="076185F6" w14:textId="77777777">
        <w:tc>
          <w:tcPr>
            <w:tcW w:w="8640" w:type="dxa"/>
          </w:tcPr>
          <w:p w14:paraId="50EBF6A2" w14:textId="567261C2" w:rsidR="0076638C" w:rsidRDefault="00C0074E">
            <w:r>
              <w:t>LES GANA EL JUEGO</w:t>
            </w:r>
          </w:p>
        </w:tc>
      </w:tr>
    </w:tbl>
    <w:p w14:paraId="614CC3E0" w14:textId="77777777" w:rsidR="0076638C" w:rsidRDefault="0076638C"/>
    <w:p w14:paraId="1DDC60BA" w14:textId="59036461" w:rsidR="001654BE" w:rsidRDefault="009B13B1">
      <w:proofErr w:type="spellStart"/>
      <w:r>
        <w:t>Principales</w:t>
      </w:r>
      <w:proofErr w:type="spellEnd"/>
      <w:r>
        <w:t xml:space="preserve"> </w:t>
      </w:r>
      <w:proofErr w:type="spellStart"/>
      <w:r>
        <w:t>desafíos</w:t>
      </w:r>
      <w:proofErr w:type="spellEnd"/>
      <w:r>
        <w:t xml:space="preserve"> </w:t>
      </w:r>
      <w:proofErr w:type="spellStart"/>
      <w:r>
        <w:t>identificados</w:t>
      </w:r>
      <w:proofErr w:type="spellEnd"/>
      <w: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14:paraId="47B594CB" w14:textId="77777777">
        <w:tc>
          <w:tcPr>
            <w:tcW w:w="8640" w:type="dxa"/>
          </w:tcPr>
          <w:p w14:paraId="2A778EFF" w14:textId="55A7C364" w:rsidR="0076638C" w:rsidRDefault="00C0074E">
            <w:r>
              <w:t>GRUPO NUMEROSO</w:t>
            </w:r>
          </w:p>
        </w:tc>
      </w:tr>
      <w:tr w:rsidR="001654BE" w14:paraId="2D78B678" w14:textId="77777777">
        <w:tc>
          <w:tcPr>
            <w:tcW w:w="8640" w:type="dxa"/>
          </w:tcPr>
          <w:p w14:paraId="1C1A0684" w14:textId="2E6E2A60" w:rsidR="0076638C" w:rsidRDefault="00C0074E">
            <w:r>
              <w:t>IMPARTIR SOLO 2 HORAS A LA SEMANA</w:t>
            </w:r>
          </w:p>
        </w:tc>
      </w:tr>
      <w:tr w:rsidR="001654BE" w14:paraId="2195C338" w14:textId="77777777">
        <w:tc>
          <w:tcPr>
            <w:tcW w:w="8640" w:type="dxa"/>
          </w:tcPr>
          <w:p w14:paraId="0AFCDC22" w14:textId="5930C27F" w:rsidR="0076638C" w:rsidRDefault="00C0074E">
            <w:r>
              <w:t>EL 75% SON VARONES</w:t>
            </w:r>
            <w:r w:rsidR="00C54CDC">
              <w:t xml:space="preserve"> </w:t>
            </w:r>
            <w:r>
              <w:t>(SE PODRÍA DECIR QUE SON MAS DESASTROSOS)</w:t>
            </w:r>
          </w:p>
        </w:tc>
      </w:tr>
    </w:tbl>
    <w:p w14:paraId="5EC3118F" w14:textId="77777777" w:rsidR="001654BE" w:rsidRDefault="009B13B1">
      <w:pPr>
        <w:pStyle w:val="Ttulo2"/>
      </w:pPr>
      <w:r>
        <w:lastRenderedPageBreak/>
        <w:t>3. Acuerdos de Convivencia</w:t>
      </w:r>
    </w:p>
    <w:p w14:paraId="7C858EDD" w14:textId="77777777" w:rsidR="001654BE" w:rsidRDefault="009B13B1">
      <w:r>
        <w:t>Acuerdo 1: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14:paraId="21B6CBCD" w14:textId="77777777" w:rsidTr="00C54CDC">
        <w:tc>
          <w:tcPr>
            <w:tcW w:w="8630" w:type="dxa"/>
          </w:tcPr>
          <w:p w14:paraId="2AC6A50E" w14:textId="5FA2ABE7" w:rsidR="0076638C" w:rsidRDefault="00C54CDC">
            <w:r>
              <w:t>REPASAR EL REGLAMENTO INTERNO DE LA ESCUELA, RECORDANDOLES QUE DEBEN DE CUMPLIRLO.</w:t>
            </w:r>
          </w:p>
        </w:tc>
      </w:tr>
    </w:tbl>
    <w:p w14:paraId="06A3A4EA" w14:textId="77777777" w:rsidR="0076638C" w:rsidRDefault="0076638C"/>
    <w:p w14:paraId="16B058FB" w14:textId="3EA9796A" w:rsidR="001654BE" w:rsidRDefault="009B13B1">
      <w:proofErr w:type="spellStart"/>
      <w:r>
        <w:t>Acuerdo</w:t>
      </w:r>
      <w:proofErr w:type="spellEnd"/>
      <w:r>
        <w:t xml:space="preserve"> 2: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14:paraId="1E4CE679" w14:textId="77777777" w:rsidTr="0017396E">
        <w:tc>
          <w:tcPr>
            <w:tcW w:w="8630" w:type="dxa"/>
          </w:tcPr>
          <w:p w14:paraId="06524C7C" w14:textId="21F2FC91" w:rsidR="0076638C" w:rsidRDefault="00C54CDC">
            <w:r>
              <w:t>AL INICIO DEL SEMESTRE SE ESTABLECEN LAS REGLAS DE LA CLASE, COMO ES EL RESPETO, ORDEN, DISCICPLINA.</w:t>
            </w:r>
          </w:p>
        </w:tc>
      </w:tr>
    </w:tbl>
    <w:p w14:paraId="3575FC8A" w14:textId="77777777" w:rsidR="0076638C" w:rsidRDefault="0076638C"/>
    <w:p w14:paraId="57A2404A" w14:textId="71CF36CB" w:rsidR="001654BE" w:rsidRDefault="009B13B1">
      <w:proofErr w:type="spellStart"/>
      <w:r>
        <w:t>Acuerdo</w:t>
      </w:r>
      <w:proofErr w:type="spellEnd"/>
      <w:r>
        <w:t xml:space="preserve"> 3: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14:paraId="588F15D6" w14:textId="77777777" w:rsidTr="0017396E">
        <w:tc>
          <w:tcPr>
            <w:tcW w:w="8630" w:type="dxa"/>
          </w:tcPr>
          <w:p w14:paraId="068933A6" w14:textId="2671112A" w:rsidR="0076638C" w:rsidRDefault="00C54CDC">
            <w:r>
              <w:t>SE LES DA A CONOCER LA METODOLOGÍA DE LA ASIGNATURA COMO ES EL CUMPLIR CON TODAS Y CADA UNA DE LAS ACTIVIDADES SOLICITADAS POR EL DOCENTE.</w:t>
            </w:r>
          </w:p>
        </w:tc>
      </w:tr>
    </w:tbl>
    <w:p w14:paraId="7663F9C0" w14:textId="5AAC406A" w:rsidR="00592D15" w:rsidRDefault="00592D15"/>
    <w:p w14:paraId="4DC58D2F" w14:textId="2ED9D8EE" w:rsidR="001654BE" w:rsidRDefault="009B13B1">
      <w:proofErr w:type="spellStart"/>
      <w:r>
        <w:t>Acuerdo</w:t>
      </w:r>
      <w:proofErr w:type="spellEnd"/>
      <w:r>
        <w:t xml:space="preserve"> 4: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14:paraId="013FE525" w14:textId="77777777" w:rsidTr="0017396E">
        <w:trPr>
          <w:trHeight w:val="465"/>
        </w:trPr>
        <w:tc>
          <w:tcPr>
            <w:tcW w:w="8630" w:type="dxa"/>
          </w:tcPr>
          <w:p w14:paraId="2EC61C7E" w14:textId="15F3FC30" w:rsidR="0076638C" w:rsidRDefault="00C54CDC">
            <w:r>
              <w:t>EN ESTE ACUERDO SE LES EJEMPLIFICA COMO SE MARCARAN LOS CASO DE NO CUMPLIMIENTO, CON LA FINALIDAD DE QUE NO INCURRAN</w:t>
            </w:r>
            <w:r w:rsidR="00AD59A5">
              <w:t xml:space="preserve"> </w:t>
            </w:r>
            <w:r>
              <w:t xml:space="preserve">EN ALGUNA CONDUCTA QUE LES VAYA AFECTAR SU DESEMPEÑO ACADEMICO </w:t>
            </w:r>
            <w:r w:rsidR="00AD59A5">
              <w:t xml:space="preserve">COMO EL FALTAR MÁS DEL 20% </w:t>
            </w:r>
            <w:r>
              <w:t xml:space="preserve">ASÍ COMO </w:t>
            </w:r>
            <w:r w:rsidR="00AD59A5">
              <w:t>REUNIR LOS 18 PU</w:t>
            </w:r>
            <w:r w:rsidR="006809D7">
              <w:t>N</w:t>
            </w:r>
            <w:r w:rsidR="00AD59A5">
              <w:t>TOS PARA ACREDITAR LA ASIGNATURA</w:t>
            </w:r>
          </w:p>
        </w:tc>
      </w:tr>
    </w:tbl>
    <w:p w14:paraId="211C9C09" w14:textId="132106B8" w:rsidR="0076638C" w:rsidRDefault="0076638C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14:paraId="6C202D59" w14:textId="622E310D" w:rsidR="001654BE" w:rsidRDefault="009B13B1">
      <w:pPr>
        <w:pStyle w:val="Ttulo2"/>
      </w:pPr>
      <w:r>
        <w:t xml:space="preserve">4. Estrategias para Favorecer la </w:t>
      </w:r>
      <w:r>
        <w:t>Participación</w:t>
      </w:r>
    </w:p>
    <w:p w14:paraId="297891A4" w14:textId="77777777" w:rsidR="001654BE" w:rsidRDefault="009B13B1">
      <w:r>
        <w:t>Estrategia 1: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14:paraId="43A67A11" w14:textId="77777777" w:rsidTr="0017396E">
        <w:tc>
          <w:tcPr>
            <w:tcW w:w="8630" w:type="dxa"/>
          </w:tcPr>
          <w:p w14:paraId="1178000C" w14:textId="4A81E319" w:rsidR="00592D15" w:rsidRDefault="00AD59A5">
            <w:r>
              <w:t>SE LES DA UN PORCENTAJE POR TENER PARTICIPACIONES A SU CALIFICACIÓN FINAL</w:t>
            </w:r>
            <w:r w:rsidR="00032CD1">
              <w:t>.</w:t>
            </w:r>
          </w:p>
        </w:tc>
      </w:tr>
    </w:tbl>
    <w:p w14:paraId="3CE900EC" w14:textId="77777777" w:rsidR="00592D15" w:rsidRPr="00592D15" w:rsidRDefault="00592D15"/>
    <w:p w14:paraId="6554B0E1" w14:textId="6083D757" w:rsidR="001654BE" w:rsidRDefault="009B13B1">
      <w:proofErr w:type="spellStart"/>
      <w:r>
        <w:t>Estrategia</w:t>
      </w:r>
      <w:proofErr w:type="spellEnd"/>
      <w:r>
        <w:t xml:space="preserve"> 2: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14:paraId="4DEA2F6E" w14:textId="77777777" w:rsidTr="0017396E">
        <w:tc>
          <w:tcPr>
            <w:tcW w:w="8630" w:type="dxa"/>
          </w:tcPr>
          <w:p w14:paraId="7D129BA6" w14:textId="3528B789" w:rsidR="00592D15" w:rsidRDefault="00C3084D">
            <w:r>
              <w:t>SE LES IMPLEMENTA UNA O MAS DINAMICAS DE PREGUNTAS PARA FOMENTAR LA PARTICIPACIÓN.</w:t>
            </w:r>
          </w:p>
        </w:tc>
      </w:tr>
    </w:tbl>
    <w:p w14:paraId="027BC010" w14:textId="77777777" w:rsidR="00592D15" w:rsidRDefault="00592D15"/>
    <w:p w14:paraId="443554A9" w14:textId="1FB1C914" w:rsidR="001654BE" w:rsidRDefault="009B13B1">
      <w:proofErr w:type="spellStart"/>
      <w:r>
        <w:t>Estrategia</w:t>
      </w:r>
      <w:proofErr w:type="spellEnd"/>
      <w:r>
        <w:t xml:space="preserve"> 3: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14:paraId="3906F92E" w14:textId="77777777" w:rsidTr="0017396E">
        <w:tc>
          <w:tcPr>
            <w:tcW w:w="8630" w:type="dxa"/>
          </w:tcPr>
          <w:p w14:paraId="4CFDA099" w14:textId="560315EB" w:rsidR="00592D15" w:rsidRDefault="00C3084D">
            <w:r>
              <w:t>DENTRO DE LAS ACTIVIDADES PROGRAMAS SE LES PIDE QUE HAGAN ACTIVIDADES DONDE TENGAN PARTICIPACIONES COMO DEBATES, JUEGO DE ROLES, EXPOSICIONES,</w:t>
            </w:r>
            <w:r w:rsidR="006809D7">
              <w:t xml:space="preserve"> PRESENTACIÓN DE </w:t>
            </w:r>
            <w:proofErr w:type="gramStart"/>
            <w:r w:rsidR="006809D7">
              <w:t xml:space="preserve">INFOGRAFIAS, </w:t>
            </w:r>
            <w:r>
              <w:t xml:space="preserve"> ETC</w:t>
            </w:r>
            <w:proofErr w:type="gramEnd"/>
            <w:r>
              <w:t>…</w:t>
            </w:r>
          </w:p>
        </w:tc>
      </w:tr>
    </w:tbl>
    <w:p w14:paraId="3EAAF8D7" w14:textId="77777777" w:rsidR="00592D15" w:rsidRPr="00592D15" w:rsidRDefault="00592D15" w:rsidP="00592D15"/>
    <w:p w14:paraId="286E9431" w14:textId="750B82B4" w:rsidR="001654BE" w:rsidRDefault="009B13B1">
      <w:pPr>
        <w:pStyle w:val="Ttulo2"/>
      </w:pPr>
      <w:r>
        <w:lastRenderedPageBreak/>
        <w:t>5. Estrategias para Atender Conductas Desafiantes</w:t>
      </w:r>
    </w:p>
    <w:p w14:paraId="3537ED2D" w14:textId="77777777" w:rsidR="001654BE" w:rsidRDefault="009B13B1">
      <w:r>
        <w:t>Situación frecuente: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14:paraId="3B65C0FF" w14:textId="77777777" w:rsidTr="0017396E">
        <w:tc>
          <w:tcPr>
            <w:tcW w:w="8630" w:type="dxa"/>
          </w:tcPr>
          <w:p w14:paraId="3D9294DD" w14:textId="6B1B2E5F" w:rsidR="00592D15" w:rsidRDefault="00C3084D">
            <w:r>
              <w:t>ESTAR PLATICANDO CUANDO SE NOMBRA LISTA, NO ESCUCHAN NI DEJAN ESCUCHAR. A LOS DEMÁS.</w:t>
            </w:r>
          </w:p>
        </w:tc>
      </w:tr>
    </w:tbl>
    <w:p w14:paraId="60E79206" w14:textId="48B0D66A" w:rsidR="00592D15" w:rsidRDefault="00592D15"/>
    <w:p w14:paraId="5D51642E" w14:textId="1817B781" w:rsidR="001654BE" w:rsidRDefault="009B13B1">
      <w:proofErr w:type="spellStart"/>
      <w:r>
        <w:t>Acción</w:t>
      </w:r>
      <w:proofErr w:type="spellEnd"/>
      <w:r>
        <w:t xml:space="preserve"> </w:t>
      </w:r>
      <w:proofErr w:type="spellStart"/>
      <w:r>
        <w:t>propuesta</w:t>
      </w:r>
      <w:proofErr w:type="spellEnd"/>
      <w: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14:paraId="5B39EEFC" w14:textId="77777777" w:rsidTr="0017396E">
        <w:tc>
          <w:tcPr>
            <w:tcW w:w="8630" w:type="dxa"/>
          </w:tcPr>
          <w:p w14:paraId="167D2D27" w14:textId="7B1DDAFD" w:rsidR="00592D15" w:rsidRDefault="00C3084D">
            <w:r>
              <w:t>SE LES DEJA EN CLARO QUE NOMBRARE LISTA SIN SUBIR TANTO EL VOLUMEN DE VOZ YA QUE NO SE ESCUCHA FUERTE PORQUE ES BAJO MI VOLUMEN, LES PIDO QUE POR RESPETO A ELLOS MISMOS A SUS COMPAÑEROS Y A MI GUARDEN SILENCIO.</w:t>
            </w:r>
          </w:p>
        </w:tc>
      </w:tr>
    </w:tbl>
    <w:p w14:paraId="6B182386" w14:textId="77777777" w:rsidR="00592D15" w:rsidRDefault="00592D15"/>
    <w:p w14:paraId="6FCAB1BB" w14:textId="49660D46" w:rsidR="001654BE" w:rsidRDefault="009B13B1">
      <w:proofErr w:type="spellStart"/>
      <w:r>
        <w:t>Seguimiento</w:t>
      </w:r>
      <w:proofErr w:type="spellEnd"/>
      <w: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14:paraId="0A44B0BE" w14:textId="77777777" w:rsidTr="0017396E">
        <w:tc>
          <w:tcPr>
            <w:tcW w:w="8630" w:type="dxa"/>
          </w:tcPr>
          <w:p w14:paraId="4E115708" w14:textId="09CB78B1" w:rsidR="00592D15" w:rsidRDefault="00C3084D">
            <w:r>
              <w:t>CADA VEZ QUE NOMBRO LISTA, SI ALGUIEN NO CONTESTA REPITO SU NOMBRE NUEVAMENTE, Y TAMBIÉN LES VOY DICIENDO SI TIENEN FALTAS CUANTAS TIENEN CON LA FINALIDAD DE QUE ME PRESENTEN JUSTIFICANTE Y/O ESTEN ENTERADOS DE CUANTAS FALTAS LLEVAN</w:t>
            </w:r>
            <w:r w:rsidR="00BB57BD">
              <w:t>.</w:t>
            </w:r>
          </w:p>
        </w:tc>
      </w:tr>
    </w:tbl>
    <w:p w14:paraId="7578399B" w14:textId="77777777" w:rsidR="001654BE" w:rsidRDefault="009B13B1">
      <w:pPr>
        <w:pStyle w:val="Ttulo2"/>
      </w:pPr>
      <w:r>
        <w:t xml:space="preserve">6. Indicadores de </w:t>
      </w:r>
      <w:r>
        <w:t>Seguimiento</w:t>
      </w:r>
    </w:p>
    <w:p w14:paraId="2046DD62" w14:textId="77777777" w:rsidR="001654BE" w:rsidRDefault="009B13B1">
      <w:r>
        <w:t>¿Cómo sabré que mi plan está funcionando?: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14:paraId="1144C425" w14:textId="77777777" w:rsidTr="002C0C4E">
        <w:tc>
          <w:tcPr>
            <w:tcW w:w="8630" w:type="dxa"/>
          </w:tcPr>
          <w:p w14:paraId="59A7B12C" w14:textId="196BBE77" w:rsidR="00902932" w:rsidRDefault="00EC14A0">
            <w:r>
              <w:t>CADA DÍA AL NOMBRAR LISTA SI GUARDAN SILENCIO Y PONEN ATENCIÓN PARA CONTESTAR.</w:t>
            </w:r>
            <w:r w:rsidR="00BB57BD">
              <w:t xml:space="preserve"> Y ME APOYO CON EL REGISTRO DE ASISTENCIA DIARIO QUE HACEN LOS JEFES DE EQUIPO.</w:t>
            </w:r>
          </w:p>
        </w:tc>
      </w:tr>
    </w:tbl>
    <w:p w14:paraId="16FD2D9C" w14:textId="77777777" w:rsidR="00BB57BD" w:rsidRPr="00902932" w:rsidRDefault="00BB57BD" w:rsidP="00902932"/>
    <w:p w14:paraId="5DDCBB09" w14:textId="13D7D6E9" w:rsidR="001654BE" w:rsidRDefault="009B13B1">
      <w:pPr>
        <w:pStyle w:val="Ttulo2"/>
      </w:pPr>
      <w:r>
        <w:t>7. Compromiso Personal</w:t>
      </w:r>
    </w:p>
    <w:p w14:paraId="78002B2C" w14:textId="77777777" w:rsidR="001654BE" w:rsidRDefault="009B13B1">
      <w:r>
        <w:t>Compromiso 1: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14:paraId="454A0DB4" w14:textId="77777777" w:rsidTr="002C0C4E">
        <w:tc>
          <w:tcPr>
            <w:tcW w:w="8630" w:type="dxa"/>
          </w:tcPr>
          <w:p w14:paraId="39852E32" w14:textId="1458BF4C" w:rsidR="00902932" w:rsidRDefault="00BB57BD">
            <w:r>
              <w:t>EXPLICAR CLAMENTE AL INICIO DE SEMESTRE EL REGLAMENTO DE COMO LES AFECTAN LAS FALTAS, QUE MUCHOS ALUMNOS SE VAN A RECURSAMIENTO POR FALTAS PORQUE NO LE DAN LA IMPORTACIA, QUE SI LLEGAN TARDE ES SU RESPONSABILIDAD PEDIR EL RETARDO O SI FALTAN QUE PRESENTEN JUSTIFICANTE PARA QUE NOS LES AFECTE Y ESTAR PENDIENTE DE CONTESTAR CUANDO ESTEN PRESENTES</w:t>
            </w:r>
            <w:r w:rsidR="00C82CB0">
              <w:t>.</w:t>
            </w:r>
          </w:p>
        </w:tc>
      </w:tr>
    </w:tbl>
    <w:p w14:paraId="7FBF1C97" w14:textId="77777777" w:rsidR="00902932" w:rsidRDefault="00902932"/>
    <w:p w14:paraId="6096EECB" w14:textId="42C0F68B" w:rsidR="001654BE" w:rsidRDefault="009B13B1">
      <w:proofErr w:type="spellStart"/>
      <w:r>
        <w:t>Compromiso</w:t>
      </w:r>
      <w:proofErr w:type="spellEnd"/>
      <w:r>
        <w:t xml:space="preserve"> 2: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14:paraId="3FF39143" w14:textId="77777777" w:rsidTr="002C0C4E">
        <w:tc>
          <w:tcPr>
            <w:tcW w:w="8630" w:type="dxa"/>
          </w:tcPr>
          <w:p w14:paraId="1953D3DD" w14:textId="15799154" w:rsidR="00902932" w:rsidRDefault="00C82CB0">
            <w:r>
              <w:t xml:space="preserve">AL FINALIZAR LA UNIDAD </w:t>
            </w:r>
            <w:r>
              <w:t xml:space="preserve">QUE </w:t>
            </w:r>
            <w:r>
              <w:t xml:space="preserve">SEPAN CUANTAS FALTAS TIENEN PARA QUE NO SE EXCEDAN, ENSEÑARLES COMO SACAR EL 80 % DE </w:t>
            </w:r>
            <w:r w:rsidR="006809D7">
              <w:t>SUS ASISTENCIAS Y DECIRLES QUE SE PASA UNA LISTA DE LOS ALUMNOS QUE TIENEN MUCHAS FALTAS A LA OFICINA DE TUTORIAS PASAN A SER ALUMNOS DE RIESGO DE “YO NO ABANDONO” Y LES HABLAN POR TELEFONO A SUS PAPAS.</w:t>
            </w:r>
          </w:p>
        </w:tc>
      </w:tr>
    </w:tbl>
    <w:p w14:paraId="4D53A0CB" w14:textId="77777777" w:rsidR="00902932" w:rsidRDefault="00902932"/>
    <w:p w14:paraId="38B32442" w14:textId="231A91AF" w:rsidR="001654BE" w:rsidRDefault="009B13B1">
      <w:proofErr w:type="spellStart"/>
      <w:r>
        <w:t>Compromiso</w:t>
      </w:r>
      <w:proofErr w:type="spellEnd"/>
      <w:r>
        <w:t xml:space="preserve"> 3: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14:paraId="73174359" w14:textId="77777777" w:rsidTr="002C0C4E">
        <w:tc>
          <w:tcPr>
            <w:tcW w:w="8630" w:type="dxa"/>
          </w:tcPr>
          <w:p w14:paraId="4B82C6F3" w14:textId="73C8F2DE" w:rsidR="00902932" w:rsidRDefault="00C82CB0">
            <w:r>
              <w:t>EXPLICARLES QUE UNA VEZ QUE SE SUBEN LAS CALIFICACIONES A LA PLATAFORMA DEL SISEEMS YA NO SE PUEDEN HACER CAMBIOS PARA QUE ESTEN BIEN PENDIENTES.</w:t>
            </w:r>
          </w:p>
        </w:tc>
      </w:tr>
    </w:tbl>
    <w:p w14:paraId="4063FF2F" w14:textId="77777777" w:rsidR="001654BE" w:rsidRDefault="009B13B1">
      <w:pPr>
        <w:pStyle w:val="Ttulo2"/>
      </w:pPr>
      <w:proofErr w:type="spellStart"/>
      <w:r>
        <w:t>Reflexión</w:t>
      </w:r>
      <w:proofErr w:type="spellEnd"/>
      <w:r>
        <w:t xml:space="preserve"> Final</w:t>
      </w:r>
    </w:p>
    <w:p w14:paraId="57418717" w14:textId="77777777" w:rsidR="001654BE" w:rsidRDefault="009B13B1">
      <w:r>
        <w:t xml:space="preserve">¿Qué aprendí en este curso y qué acciones implementaré durante el </w:t>
      </w:r>
      <w:r>
        <w:t>próximo semestre para mejorar la gestión de mi aula?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654BE" w14:paraId="762F78CD" w14:textId="77777777" w:rsidTr="002C0C4E">
        <w:tc>
          <w:tcPr>
            <w:tcW w:w="8630" w:type="dxa"/>
          </w:tcPr>
          <w:p w14:paraId="658AE418" w14:textId="77777777" w:rsidR="006809D7" w:rsidRDefault="009C235F">
            <w:r>
              <w:t xml:space="preserve">VARIAS COSAS: </w:t>
            </w:r>
          </w:p>
          <w:p w14:paraId="67C5BCF6" w14:textId="77777777" w:rsidR="006809D7" w:rsidRDefault="009C235F">
            <w:r>
              <w:t>GENERAR UN AMBIENTE DE TRABAJO APTO PARA LOS JOVENES ADOLECENTES DONDE SE SIENTAN TOMADOS EN CUENTA Y SE SIENTAN AGUSTO PARA TRABAJAR, DONDE EXISTA EL RESPETO Y LA ARMONIA EN EL AULA. EL DEJAR EN CLARO TODAS LAS NORMAS DE CONVIVENCIA, LA METODOLOGIA DE TRABAJO</w:t>
            </w:r>
            <w:r w:rsidR="006809D7">
              <w:t xml:space="preserve"> Y</w:t>
            </w:r>
            <w:r>
              <w:t xml:space="preserve"> LA FORMA DE EVALUAR. </w:t>
            </w:r>
          </w:p>
          <w:p w14:paraId="1801926D" w14:textId="77777777" w:rsidR="006809D7" w:rsidRDefault="009C235F">
            <w:r>
              <w:t>IDENTIFICAR EL ORIGEN DE LAS DIFERENTES SITUACIONES EN EL AULA SABER COMO MANEJARLAS Y CANALIZARLAS DE SER NECESARIO A LAS INSTANCIAS CORRESPONDIENTES.</w:t>
            </w:r>
            <w:r w:rsidR="006809D7">
              <w:t xml:space="preserve"> </w:t>
            </w:r>
          </w:p>
          <w:p w14:paraId="07E84F1B" w14:textId="3A52A88A" w:rsidR="00902932" w:rsidRDefault="006809D7">
            <w:r>
              <w:t>CONSIDERAR TODOS LOS ASPECTOS MENCIONADOS EN EL CURSO PARA LOGRAR MANTENER UN ESPACIO AGRADABLE PARA LOS ALUMNOS COMO PARA NOSOTROS LOS DOCENTES</w:t>
            </w:r>
          </w:p>
        </w:tc>
      </w:tr>
    </w:tbl>
    <w:p w14:paraId="6AEDD0DF" w14:textId="77777777" w:rsidR="000E5487" w:rsidRDefault="000E5487" w:rsidP="00902932"/>
    <w:p w14:paraId="05DC7F45" w14:textId="77777777" w:rsidR="007E0F79" w:rsidRDefault="007E0F79" w:rsidP="00902932"/>
    <w:sectPr w:rsidR="007E0F79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89C13" w14:textId="77777777" w:rsidR="009B13B1" w:rsidRDefault="009B13B1" w:rsidP="0076638C">
      <w:pPr>
        <w:spacing w:after="0" w:line="240" w:lineRule="auto"/>
      </w:pPr>
      <w:r>
        <w:separator/>
      </w:r>
    </w:p>
  </w:endnote>
  <w:endnote w:type="continuationSeparator" w:id="0">
    <w:p w14:paraId="2FD7A25C" w14:textId="77777777" w:rsidR="009B13B1" w:rsidRDefault="009B13B1" w:rsidP="00766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5D7DB" w14:textId="77777777" w:rsidR="009B13B1" w:rsidRDefault="009B13B1" w:rsidP="0076638C">
      <w:pPr>
        <w:spacing w:after="0" w:line="240" w:lineRule="auto"/>
      </w:pPr>
      <w:r>
        <w:separator/>
      </w:r>
    </w:p>
  </w:footnote>
  <w:footnote w:type="continuationSeparator" w:id="0">
    <w:p w14:paraId="46AEA857" w14:textId="77777777" w:rsidR="009B13B1" w:rsidRDefault="009B13B1" w:rsidP="00766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450"/>
      <w:gridCol w:w="3190"/>
    </w:tblGrid>
    <w:tr w:rsidR="0076638C" w14:paraId="3A87D54E" w14:textId="77777777" w:rsidTr="0076638C">
      <w:trPr>
        <w:jc w:val="center"/>
      </w:trPr>
      <w:sdt>
        <w:sdtPr>
          <w:rPr>
            <w:caps/>
            <w:color w:val="FFFFFF" w:themeColor="background1"/>
            <w:sz w:val="18"/>
            <w:szCs w:val="18"/>
          </w:rPr>
          <w:alias w:val="Título"/>
          <w:tag w:val=""/>
          <w:id w:val="126446070"/>
          <w:placeholder>
            <w:docPart w:val="FEE52DF33ABA419B91AF4092ED004FD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5644" w:type="dxa"/>
              <w:shd w:val="clear" w:color="auto" w:fill="C0504D" w:themeFill="accent2"/>
              <w:vAlign w:val="center"/>
            </w:tcPr>
            <w:p w14:paraId="0CE72944" w14:textId="420C6B5F" w:rsidR="0076638C" w:rsidRDefault="0076638C">
              <w:pPr>
                <w:pStyle w:val="Encabezado"/>
                <w:tabs>
                  <w:tab w:val="clear" w:pos="4680"/>
                  <w:tab w:val="clear" w:pos="9360"/>
                </w:tabs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caps/>
                  <w:color w:val="FFFFFF" w:themeColor="background1"/>
                  <w:sz w:val="18"/>
                  <w:szCs w:val="18"/>
                </w:rPr>
                <w:t>Gestión efectiva en el aula: estrategias para trabajar con grupos desafiantes en bachillerato</w:t>
              </w:r>
            </w:p>
          </w:tc>
        </w:sdtContent>
      </w:sdt>
      <w:tc>
        <w:tcPr>
          <w:tcW w:w="3226" w:type="dxa"/>
          <w:shd w:val="clear" w:color="auto" w:fill="C0504D" w:themeFill="accent2"/>
          <w:vAlign w:val="center"/>
        </w:tcPr>
        <w:p w14:paraId="1B26CCB4" w14:textId="2258CA50" w:rsidR="0076638C" w:rsidRDefault="0076638C">
          <w:pPr>
            <w:pStyle w:val="Encabezado"/>
            <w:tabs>
              <w:tab w:val="clear" w:pos="4680"/>
              <w:tab w:val="clear" w:pos="9360"/>
            </w:tabs>
            <w:jc w:val="right"/>
            <w:rPr>
              <w:caps/>
              <w:color w:val="FFFFFF" w:themeColor="background1"/>
              <w:sz w:val="18"/>
              <w:szCs w:val="18"/>
            </w:rPr>
          </w:pPr>
          <w:r>
            <w:rPr>
              <w:caps/>
              <w:noProof/>
              <w:color w:val="FFFFFF" w:themeColor="background1"/>
              <w:sz w:val="18"/>
              <w:szCs w:val="18"/>
            </w:rPr>
            <w:drawing>
              <wp:inline distT="0" distB="0" distL="0" distR="0" wp14:anchorId="43562100" wp14:editId="2C5074FE">
                <wp:extent cx="1417835" cy="377433"/>
                <wp:effectExtent l="0" t="0" r="0" b="3810"/>
                <wp:docPr id="619524857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9524857" name="Imagen 61952485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5491" cy="3821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6638C" w14:paraId="2A379999" w14:textId="77777777" w:rsidTr="0076638C">
      <w:trPr>
        <w:trHeight w:hRule="exact" w:val="115"/>
        <w:jc w:val="center"/>
      </w:trPr>
      <w:tc>
        <w:tcPr>
          <w:tcW w:w="5644" w:type="dxa"/>
          <w:shd w:val="clear" w:color="auto" w:fill="4F81BD" w:themeFill="accent1"/>
          <w:tcMar>
            <w:top w:w="0" w:type="dxa"/>
            <w:bottom w:w="0" w:type="dxa"/>
          </w:tcMar>
        </w:tcPr>
        <w:p w14:paraId="080EE8DB" w14:textId="77777777" w:rsidR="0076638C" w:rsidRDefault="0076638C">
          <w:pPr>
            <w:pStyle w:val="Encabezado"/>
            <w:tabs>
              <w:tab w:val="clear" w:pos="4680"/>
              <w:tab w:val="clear" w:pos="9360"/>
            </w:tabs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3226" w:type="dxa"/>
          <w:shd w:val="clear" w:color="auto" w:fill="4F81BD" w:themeFill="accent1"/>
          <w:tcMar>
            <w:top w:w="0" w:type="dxa"/>
            <w:bottom w:w="0" w:type="dxa"/>
          </w:tcMar>
        </w:tcPr>
        <w:p w14:paraId="3F07D307" w14:textId="77777777" w:rsidR="0076638C" w:rsidRDefault="0076638C">
          <w:pPr>
            <w:pStyle w:val="Encabezado"/>
            <w:tabs>
              <w:tab w:val="clear" w:pos="4680"/>
              <w:tab w:val="clear" w:pos="9360"/>
            </w:tabs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326D60A7" w14:textId="77777777" w:rsidR="0076638C" w:rsidRDefault="0076638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2CD1"/>
    <w:rsid w:val="00034616"/>
    <w:rsid w:val="0006063C"/>
    <w:rsid w:val="000E5487"/>
    <w:rsid w:val="0015074B"/>
    <w:rsid w:val="001654BE"/>
    <w:rsid w:val="0017396E"/>
    <w:rsid w:val="0029639D"/>
    <w:rsid w:val="002C0C4E"/>
    <w:rsid w:val="002F2362"/>
    <w:rsid w:val="00326F90"/>
    <w:rsid w:val="00341010"/>
    <w:rsid w:val="004432C4"/>
    <w:rsid w:val="00592D15"/>
    <w:rsid w:val="006809D7"/>
    <w:rsid w:val="0076638C"/>
    <w:rsid w:val="007E0F79"/>
    <w:rsid w:val="0081314B"/>
    <w:rsid w:val="00902932"/>
    <w:rsid w:val="009B13B1"/>
    <w:rsid w:val="009C235F"/>
    <w:rsid w:val="00A833AA"/>
    <w:rsid w:val="00AA1D8D"/>
    <w:rsid w:val="00AC11FE"/>
    <w:rsid w:val="00AD04C8"/>
    <w:rsid w:val="00AD59A5"/>
    <w:rsid w:val="00B47730"/>
    <w:rsid w:val="00BB57BD"/>
    <w:rsid w:val="00C0074E"/>
    <w:rsid w:val="00C3084D"/>
    <w:rsid w:val="00C54CDC"/>
    <w:rsid w:val="00C82CB0"/>
    <w:rsid w:val="00CB0664"/>
    <w:rsid w:val="00CC6298"/>
    <w:rsid w:val="00E40615"/>
    <w:rsid w:val="00EC14A0"/>
    <w:rsid w:val="00FA243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A4C06D9"/>
  <w14:defaultImageDpi w14:val="300"/>
  <w15:docId w15:val="{1E326674-56FA-46B7-9DB0-ABA6344E2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Textodemarcadordeposicin">
    <w:name w:val="Texto de marcador de posición"/>
    <w:basedOn w:val="Fuentedeprrafopredeter"/>
    <w:uiPriority w:val="99"/>
    <w:semiHidden/>
    <w:rsid w:val="007663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EE52DF33ABA419B91AF4092ED004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023F2-4664-4EC7-9437-2762AF2B6E06}"/>
      </w:docPartPr>
      <w:docPartBody>
        <w:p w:rsidR="00E31CF3" w:rsidRDefault="003E306C" w:rsidP="003E306C">
          <w:pPr>
            <w:pStyle w:val="FEE52DF33ABA419B91AF4092ED004FD6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06C"/>
    <w:rsid w:val="002F2362"/>
    <w:rsid w:val="003E306C"/>
    <w:rsid w:val="0059495B"/>
    <w:rsid w:val="007B047D"/>
    <w:rsid w:val="0081314B"/>
    <w:rsid w:val="00A833AA"/>
    <w:rsid w:val="00AB0BF9"/>
    <w:rsid w:val="00CA3ECD"/>
    <w:rsid w:val="00E3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EE52DF33ABA419B91AF4092ED004FD6">
    <w:name w:val="FEE52DF33ABA419B91AF4092ED004FD6"/>
    <w:rsid w:val="003E30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656</Words>
  <Characters>3613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Gestión efectiva en el aula: estrategias para trabajar con grupos desafiantes en bachillerato</vt:lpstr>
      <vt:lpstr/>
    </vt:vector>
  </TitlesOfParts>
  <Manager/>
  <Company/>
  <LinksUpToDate>false</LinksUpToDate>
  <CharactersWithSpaces>4261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Gestión efectiva en el aula: estrategias para trabajar con grupos desafiantes en bachillerato</dc:title>
  <dc:subject/>
  <dc:creator>python-docx</dc:creator>
  <cp:keywords/>
  <dc:description>generated by python-docx</dc:description>
  <cp:lastModifiedBy>Lenovo</cp:lastModifiedBy>
  <cp:revision>4</cp:revision>
  <dcterms:created xsi:type="dcterms:W3CDTF">2026-07-10T03:47:00Z</dcterms:created>
  <dcterms:modified xsi:type="dcterms:W3CDTF">2026-07-10T03:52:00Z</dcterms:modified>
  <cp:category/>
</cp:coreProperties>
</file>